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7D034" w14:textId="0A874903" w:rsidR="0022163A" w:rsidRPr="00D30409" w:rsidRDefault="00D30409" w:rsidP="00D30409">
      <w:pPr>
        <w:spacing w:after="120"/>
        <w:jc w:val="center"/>
        <w:rPr>
          <w:rFonts w:asciiTheme="majorBidi" w:hAnsiTheme="majorBidi" w:cstheme="majorBidi"/>
          <w:sz w:val="24"/>
          <w:szCs w:val="24"/>
        </w:rPr>
      </w:pPr>
      <w:r w:rsidRPr="00D30409">
        <w:rPr>
          <w:rFonts w:asciiTheme="majorBidi" w:hAnsiTheme="majorBidi" w:cstheme="majorBidi"/>
          <w:sz w:val="24"/>
          <w:szCs w:val="24"/>
        </w:rPr>
        <w:t>VDK YARINA BIRAKIR AMA YANINA BIRAKMAZ!</w:t>
      </w:r>
    </w:p>
    <w:p w14:paraId="63C9F122" w14:textId="77777777" w:rsidR="0022163A" w:rsidRPr="00D30409" w:rsidRDefault="0022163A">
      <w:pPr>
        <w:spacing w:after="120"/>
        <w:rPr>
          <w:rFonts w:asciiTheme="majorBidi" w:hAnsiTheme="majorBidi" w:cstheme="majorBidi"/>
          <w:sz w:val="24"/>
          <w:szCs w:val="24"/>
        </w:rPr>
      </w:pPr>
    </w:p>
    <w:p w14:paraId="5534A374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</w:rPr>
      </w:pPr>
      <w:r w:rsidRPr="00D30409">
        <w:rPr>
          <w:rFonts w:asciiTheme="majorBidi" w:hAnsiTheme="majorBidi" w:cstheme="majorBidi"/>
          <w:sz w:val="24"/>
          <w:szCs w:val="24"/>
        </w:rPr>
        <w:t>Mükellefler arasında yıllardır dönen bazı cümleler vardır:</w:t>
      </w:r>
    </w:p>
    <w:p w14:paraId="5F6F8DE1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“Abi bir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iki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faturadan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ne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olacak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?”</w:t>
      </w:r>
    </w:p>
    <w:p w14:paraId="55A2CA6D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“Herkes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yapıyor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.”</w:t>
      </w:r>
    </w:p>
    <w:p w14:paraId="613CA1B2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>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Maliye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nereden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bilecek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?”</w:t>
      </w:r>
    </w:p>
    <w:p w14:paraId="6E140B4B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“Firma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açık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vergi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levhası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var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faturayı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da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kesmiş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gramStart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Ben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nereden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bileyim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?</w:t>
      </w:r>
      <w:proofErr w:type="gramEnd"/>
      <w:r w:rsidRPr="00D30409">
        <w:rPr>
          <w:rFonts w:asciiTheme="majorBidi" w:hAnsiTheme="majorBidi" w:cstheme="majorBidi"/>
          <w:sz w:val="24"/>
          <w:szCs w:val="24"/>
          <w:lang w:val="es-ES"/>
        </w:rPr>
        <w:t>”</w:t>
      </w:r>
    </w:p>
    <w:p w14:paraId="12023017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>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Nasıl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olsa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birkaç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seneye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af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çıkar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matrah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artırımı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yapar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kapatırız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.”</w:t>
      </w:r>
    </w:p>
    <w:p w14:paraId="78FB8EEF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İşte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artık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bu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hesaba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güvenerek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iş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yapmamak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lazım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65A769F2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Maliye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Sandığınızdan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Çok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Daha Fazlasını Görüyor</w:t>
      </w:r>
    </w:p>
    <w:p w14:paraId="62986452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Eskiden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mükellef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şöyle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düşünebiliyordu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: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Fatura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geldi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Muhasebeye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işlendi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KDV'si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indirildi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Aradan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bir-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iki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yıl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geçti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Ne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yazı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geldi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ne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inceleme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>...</w:t>
      </w:r>
    </w:p>
    <w:p w14:paraId="0B4D7DDA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fr-FR"/>
        </w:rPr>
      </w:pPr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“Demek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ki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mesele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kapandı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>.”</w:t>
      </w:r>
    </w:p>
    <w:p w14:paraId="36E1C26D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Hayır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Artık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böyle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düşünmek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ciddi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risk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0DECAC36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fr-FR"/>
        </w:rPr>
      </w:pPr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KURGAN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gibi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sistemlerle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alış-satış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ilişkileri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ve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riskli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işlemler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elektronik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ortamda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analiz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ediliyor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Bugün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sizin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faturanızla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ilgili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hiçbir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şey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olmayabilir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İki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yıl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sonra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faturayı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aldığınız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firma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incelemeye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girer. O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firmanın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kimlere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fatura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kestiğine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bakılır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. Liste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açılır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4B975A93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fr-FR"/>
        </w:rPr>
      </w:pPr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Sizin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şirket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de o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listede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çıkarsa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yıllar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önce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unuttuğunuz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fatura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yeniden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masanıza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gelebilir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087A93C5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fr-FR"/>
        </w:rPr>
      </w:pPr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VDK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yarına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bırakabilir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ama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yanına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bırakmaz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6183A24A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fr-FR"/>
        </w:rPr>
      </w:pPr>
      <w:r w:rsidRPr="00D30409">
        <w:rPr>
          <w:rFonts w:asciiTheme="majorBidi" w:hAnsiTheme="majorBidi" w:cstheme="majorBidi"/>
          <w:sz w:val="24"/>
          <w:szCs w:val="24"/>
          <w:lang w:val="fr-FR"/>
        </w:rPr>
        <w:t>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Bir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İki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Tane Kullandık, Ne </w:t>
      </w:r>
      <w:proofErr w:type="spellStart"/>
      <w:proofErr w:type="gramStart"/>
      <w:r w:rsidRPr="00D30409">
        <w:rPr>
          <w:rFonts w:asciiTheme="majorBidi" w:hAnsiTheme="majorBidi" w:cstheme="majorBidi"/>
          <w:sz w:val="24"/>
          <w:szCs w:val="24"/>
          <w:lang w:val="fr-FR"/>
        </w:rPr>
        <w:t>Olacak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>?</w:t>
      </w:r>
      <w:proofErr w:type="gram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”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Demeyin</w:t>
      </w:r>
      <w:proofErr w:type="spellEnd"/>
    </w:p>
    <w:p w14:paraId="11F5D3CB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fr-FR"/>
        </w:rPr>
      </w:pPr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Bu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düşünce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özellikle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tehlikeli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. “Ben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milyonlarca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liralık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iş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yapıyorum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. Bunun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içinde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100-200 bin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liralık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iki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tane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sıkıntılı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fatura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olsa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ne </w:t>
      </w:r>
      <w:proofErr w:type="spellStart"/>
      <w:proofErr w:type="gramStart"/>
      <w:r w:rsidRPr="00D30409">
        <w:rPr>
          <w:rFonts w:asciiTheme="majorBidi" w:hAnsiTheme="majorBidi" w:cstheme="majorBidi"/>
          <w:sz w:val="24"/>
          <w:szCs w:val="24"/>
          <w:lang w:val="fr-FR"/>
        </w:rPr>
        <w:t>olacak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>?</w:t>
      </w:r>
      <w:proofErr w:type="gram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”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diye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düşünmeyin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1ECABD3C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Çünkü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artık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yalnızca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şirketin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toplamına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bakılmıyor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İşleme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hatta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faturaya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kadar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inilebiliyor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62CA59E5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Dolayısıyla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faturanın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az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olması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tutarının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küçük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olması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veya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toplam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alışlarınızın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içinde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önemsiz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görünmesi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sizi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otomatik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olarak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fr-FR"/>
        </w:rPr>
        <w:t>kurtarmıyor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fr-FR"/>
        </w:rPr>
        <w:t>.</w:t>
      </w:r>
    </w:p>
    <w:p w14:paraId="07E7A1C0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pt-BR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Bir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tane de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olsa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problemli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işlem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problemli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işlemdir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>.</w:t>
      </w:r>
    </w:p>
    <w:p w14:paraId="5C350A61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pt-BR"/>
        </w:rPr>
      </w:pPr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“Ben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Bilmiyordum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”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Demek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de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Artık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O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Kadar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Kolay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Değil</w:t>
      </w:r>
      <w:proofErr w:type="spellEnd"/>
    </w:p>
    <w:p w14:paraId="79DC1DF3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pt-BR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Özellikle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1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Ekim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2025'ten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itibaren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sahte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belgeyle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mücadelede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çok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daha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sıkı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bir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dönem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başladı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>.</w:t>
      </w:r>
    </w:p>
    <w:p w14:paraId="0C75F701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pt-BR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Elbette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gerçekten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bilmeden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sahte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belgeye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muhatap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olabilirsiniz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. Ama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artık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sadece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“Ben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bilmiyordum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.”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demekle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konu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kapanmıyor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>.</w:t>
      </w:r>
    </w:p>
    <w:p w14:paraId="2491A16E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pt-BR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Müfettiş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size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şunları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sorabilir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>:</w:t>
      </w:r>
    </w:p>
    <w:p w14:paraId="01EAB80E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pt-BR"/>
        </w:rPr>
      </w:pPr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- Mal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nerede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>?</w:t>
      </w:r>
    </w:p>
    <w:p w14:paraId="24A3A251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pt-BR"/>
        </w:rPr>
      </w:pPr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- Kim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getirdi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>?</w:t>
      </w:r>
    </w:p>
    <w:p w14:paraId="3496BDDE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pt-BR"/>
        </w:rPr>
      </w:pPr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-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İrsaliyesi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nerede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>?</w:t>
      </w:r>
    </w:p>
    <w:p w14:paraId="15FEC039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pt-BR"/>
        </w:rPr>
      </w:pPr>
      <w:r w:rsidRPr="00D30409">
        <w:rPr>
          <w:rFonts w:asciiTheme="majorBidi" w:hAnsiTheme="majorBidi" w:cstheme="majorBidi"/>
          <w:sz w:val="24"/>
          <w:szCs w:val="24"/>
          <w:lang w:val="pt-BR"/>
        </w:rPr>
        <w:lastRenderedPageBreak/>
        <w:t xml:space="preserve">-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Ödemeyi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nasıl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yaptınız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>?</w:t>
      </w:r>
    </w:p>
    <w:p w14:paraId="692104A0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pt-BR"/>
        </w:rPr>
      </w:pPr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-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Bu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firmayı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nereden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buldunuz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>?</w:t>
      </w:r>
    </w:p>
    <w:p w14:paraId="32BB57A0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pt-BR"/>
        </w:rPr>
      </w:pPr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-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Aldığınız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malı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gerçekten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kullandınız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mı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sattınız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mı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>?</w:t>
      </w:r>
    </w:p>
    <w:p w14:paraId="581D655F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pt-BR"/>
        </w:rPr>
      </w:pPr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-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Fiyat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piyasa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fiyatına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uygun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pt-BR"/>
        </w:rPr>
        <w:t>muydu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pt-BR"/>
        </w:rPr>
        <w:t>?</w:t>
      </w:r>
    </w:p>
    <w:p w14:paraId="7AC6DBF4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- Bu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firmanın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bu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miktarda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mal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satabilecek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ticari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kapasitesi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var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mıydı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?</w:t>
      </w:r>
    </w:p>
    <w:p w14:paraId="39F115CE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İşte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bunların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cevabını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mümkünse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belgesiyle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birlikte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verebilmeniz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gerekiyor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70DE448B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>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Bilmiyordum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”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demek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başka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şeydir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;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gerçekten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bilmediğinizi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ve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ticaretin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gerçek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olduğunu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ortaya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koyabilmek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başka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şeydir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19F877FE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>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Nasıl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Olsa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Af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Çıkar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” Diye de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Hesap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Yapmayın</w:t>
      </w:r>
      <w:proofErr w:type="spellEnd"/>
    </w:p>
    <w:p w14:paraId="6C200989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Bu,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mükellefin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kendi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işletmesiyle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oynayabileceği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en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büyük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kumarlardan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biri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241ACACD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>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Şimdi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vergiyi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biraz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düşürelim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.”</w:t>
      </w:r>
    </w:p>
    <w:p w14:paraId="32E2E208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“Bir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şey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çıkarsa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sonra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bakarız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.”</w:t>
      </w:r>
    </w:p>
    <w:p w14:paraId="4506124A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>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Türkiye'de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zaten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birkaç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senede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bir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yapılandırma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çıkıyor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.”</w:t>
      </w:r>
    </w:p>
    <w:p w14:paraId="14F8825E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>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Matrah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artırımı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gelir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parasını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verir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kapatırız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.”</w:t>
      </w:r>
    </w:p>
    <w:p w14:paraId="1CAE0FB1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Bu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hesaba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güvenilmez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Çünkü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yarın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matrah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artırımı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çıkacağının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hiçbir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garantisi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yok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Çıksa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bile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hangi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yılları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kapsayacağını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hangi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vergileri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içine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alacağını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ve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hangi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şartlarla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çıkacağını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bugün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kimse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bilemez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5C9CADF9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Üstelik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sahte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belge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meselesi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yalnızca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Eksik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KDV'yi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öderiz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cezayı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da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hallederiz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.”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meselesi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değil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Somut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olayın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şartlarına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göre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vergi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ziyaı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ve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cezalı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tarhiyatın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yanında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VUK 359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kapsamında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kaçakçılık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suçu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yönünden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değerlendirme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de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gündeme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gelebilir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01CB1DE6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İşte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o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noktadan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sonra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mesele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yalnızca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para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olmaktan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çıkar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6846BE5E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>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Parayı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Bankadan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Gönderdim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Benim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İşim Tamam” da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Demeyin</w:t>
      </w:r>
      <w:proofErr w:type="spellEnd"/>
    </w:p>
    <w:p w14:paraId="7D0216BB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Bankadan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ödeme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tabii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önemli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bir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delildir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Ama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tek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başına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her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şeyi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çözmez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542EFB12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Faturanız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olabilir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Ödeme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bankadan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yapılmış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olabilir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Satıcı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vergi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mükellefi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olabilir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 E-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fatura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düzenlenmiş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olabilir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Bunların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hepsi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mevcut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olabilir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2962B430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İdarenin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soracağı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temel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soru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yine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aynıdır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: </w:t>
      </w:r>
      <w:proofErr w:type="gramStart"/>
      <w:r w:rsidRPr="00D30409">
        <w:rPr>
          <w:rFonts w:asciiTheme="majorBidi" w:hAnsiTheme="majorBidi" w:cstheme="majorBidi"/>
          <w:sz w:val="24"/>
          <w:szCs w:val="24"/>
          <w:lang w:val="es-ES"/>
        </w:rPr>
        <w:t>BU TİCARET GERÇEKTEN YAPILDI MI?</w:t>
      </w:r>
      <w:proofErr w:type="gramEnd"/>
    </w:p>
    <w:p w14:paraId="4AA75653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Mal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gerçekten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geldiyse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gösterebilmelisiniz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Hizmet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gerçekten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alındıysa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hangi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hizmeti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aldığınızı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ve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karşılığında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ne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yapıldığını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ortaya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koyabilmelisiniz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10A79389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Bundan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Sonra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Kendinize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Şu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Soruyu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Sorun</w:t>
      </w:r>
    </w:p>
    <w:p w14:paraId="07D39908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Faturayı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muhasebecinize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verirken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yalnızca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Bunu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gider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yazabilir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miyiz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?”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diye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sormayın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5BA28C77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>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Üç-beş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sene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sonra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müfettiş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bu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faturayı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önüme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koyarsa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, ben bu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alışverişin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gerçekten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yapıldığını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nasıl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ispat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ederim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?”</w:t>
      </w:r>
    </w:p>
    <w:p w14:paraId="05F392CA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Cevabınız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ve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belgeleriniz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hazırsa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mesele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başka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Ama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cevabınız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“O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zamana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Allah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kerim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”, “Firma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zaten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kapanmış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olur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”, 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Muhasebeci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bir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yolunu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bulur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”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veya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Nasıl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olsa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af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çıkar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”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ise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işte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orada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durup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bir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daha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düşünmeniz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gerekiyor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6C5315E3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Son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Söz</w:t>
      </w:r>
      <w:proofErr w:type="spellEnd"/>
    </w:p>
    <w:p w14:paraId="4A7BA2BF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lastRenderedPageBreak/>
        <w:t>Eskiden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“Bir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iki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faturadan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bir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şey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olmaz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.”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deniyordu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Artık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olabilir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041F47D7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>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Maliye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nereden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bilecek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?”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deniyordu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Artık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elindeki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veri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sandığınızdan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çok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daha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fazla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3F13BD66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“Ben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bilmiyordum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derim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.”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deniyordu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Artık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neden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bilmediğiniz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ve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ticaretin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gerçekten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yapılıp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yapılmadığı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da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sorgulanıyor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7355D807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>“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Af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çıkar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matrah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artırımı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yaparız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.”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deniyordu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Çıkacağının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hiçbir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garantisi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yok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3F4D8CEA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Üç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kuruş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daha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vergi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ödeyeceğim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diye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işletmenizi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, mal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varlığınızı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ve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bazı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durumlarda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hürriyetinizi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ilgilendirebilecek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bir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riske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girmeyin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1D23B6F7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Vergide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en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ucuz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fatura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sahte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fatura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değildir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En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ucuz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ve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güvenli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yol,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vergiyi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doğru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hesaplayıp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zamanında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ödemektir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p w14:paraId="7E2EDFEB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>VDK YARINA BIRAKIR... AMA YANINA BIRAKMAZ.</w:t>
      </w:r>
    </w:p>
    <w:p w14:paraId="6751316E" w14:textId="77777777" w:rsidR="0022163A" w:rsidRPr="00D30409" w:rsidRDefault="007510F6">
      <w:pPr>
        <w:spacing w:after="120" w:line="240" w:lineRule="auto"/>
        <w:rPr>
          <w:rFonts w:asciiTheme="majorBidi" w:hAnsiTheme="majorBidi" w:cstheme="majorBidi"/>
          <w:sz w:val="24"/>
          <w:szCs w:val="24"/>
          <w:lang w:val="es-ES"/>
        </w:rPr>
      </w:pPr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Bu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yazı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genel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bilgilendirme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ve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farkındalık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amacı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taşımaktadır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.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Somut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olayların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hukuki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ve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vergisel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sonuçları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kendi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özel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şartları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ve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yürürlükteki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mevzuat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çerçevesinde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ayrıca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 xml:space="preserve"> </w:t>
      </w:r>
      <w:proofErr w:type="spellStart"/>
      <w:r w:rsidRPr="00D30409">
        <w:rPr>
          <w:rFonts w:asciiTheme="majorBidi" w:hAnsiTheme="majorBidi" w:cstheme="majorBidi"/>
          <w:sz w:val="24"/>
          <w:szCs w:val="24"/>
          <w:lang w:val="es-ES"/>
        </w:rPr>
        <w:t>değerlendirilmelidir</w:t>
      </w:r>
      <w:proofErr w:type="spellEnd"/>
      <w:r w:rsidRPr="00D30409">
        <w:rPr>
          <w:rFonts w:asciiTheme="majorBidi" w:hAnsiTheme="majorBidi" w:cstheme="majorBidi"/>
          <w:sz w:val="24"/>
          <w:szCs w:val="24"/>
          <w:lang w:val="es-ES"/>
        </w:rPr>
        <w:t>.</w:t>
      </w:r>
    </w:p>
    <w:sectPr w:rsidR="0022163A" w:rsidRPr="00D30409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57504761">
    <w:abstractNumId w:val="8"/>
  </w:num>
  <w:num w:numId="2" w16cid:durableId="1939291092">
    <w:abstractNumId w:val="6"/>
  </w:num>
  <w:num w:numId="3" w16cid:durableId="1218513860">
    <w:abstractNumId w:val="5"/>
  </w:num>
  <w:num w:numId="4" w16cid:durableId="681931371">
    <w:abstractNumId w:val="4"/>
  </w:num>
  <w:num w:numId="5" w16cid:durableId="1359161925">
    <w:abstractNumId w:val="7"/>
  </w:num>
  <w:num w:numId="6" w16cid:durableId="698891011">
    <w:abstractNumId w:val="3"/>
  </w:num>
  <w:num w:numId="7" w16cid:durableId="2000577303">
    <w:abstractNumId w:val="2"/>
  </w:num>
  <w:num w:numId="8" w16cid:durableId="977733187">
    <w:abstractNumId w:val="1"/>
  </w:num>
  <w:num w:numId="9" w16cid:durableId="677737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0970"/>
    <w:rsid w:val="0015074B"/>
    <w:rsid w:val="0022163A"/>
    <w:rsid w:val="0029639D"/>
    <w:rsid w:val="00326F90"/>
    <w:rsid w:val="007510F6"/>
    <w:rsid w:val="00815C88"/>
    <w:rsid w:val="00A1593E"/>
    <w:rsid w:val="00AA1D8D"/>
    <w:rsid w:val="00B47730"/>
    <w:rsid w:val="00CB0664"/>
    <w:rsid w:val="00D304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814A8D"/>
  <w14:defaultImageDpi w14:val="300"/>
  <w15:docId w15:val="{754AF8FD-1D74-4F68-89A7-95368358D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664</Words>
  <Characters>4305</Characters>
  <Application>Microsoft Office Word</Application>
  <DocSecurity>0</DocSecurity>
  <Lines>84</Lines>
  <Paragraphs>69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4900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Abdulkadir Kar</cp:lastModifiedBy>
  <cp:revision>2</cp:revision>
  <dcterms:created xsi:type="dcterms:W3CDTF">2026-09-16T18:06:00Z</dcterms:created>
  <dcterms:modified xsi:type="dcterms:W3CDTF">2026-09-16T18:06:00Z</dcterms:modified>
  <cp:category/>
</cp:coreProperties>
</file>